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FB673" w14:textId="6AD53233" w:rsidR="00877697" w:rsidRPr="00877697" w:rsidRDefault="00877697" w:rsidP="00877697">
      <w:pPr>
        <w:spacing w:after="40"/>
        <w:ind w:left="-1418" w:right="-1413"/>
        <w:jc w:val="center"/>
        <w:rPr>
          <w:rFonts w:ascii="Arial" w:hAnsi="Arial"/>
          <w:b/>
          <w:color w:val="104680"/>
          <w:sz w:val="32"/>
          <w:lang w:val="es-ES"/>
        </w:rPr>
      </w:pPr>
      <w:r w:rsidRPr="00877697">
        <w:rPr>
          <w:rFonts w:ascii="Arial" w:hAnsi="Arial"/>
          <w:b/>
          <w:color w:val="104680"/>
          <w:sz w:val="32"/>
          <w:lang w:val="es-ES"/>
        </w:rPr>
        <w:drawing>
          <wp:inline distT="0" distB="0" distL="0" distR="0" wp14:anchorId="61661B3C" wp14:editId="0F0B0C45">
            <wp:extent cx="7739308" cy="10944000"/>
            <wp:effectExtent l="0" t="0" r="0" b="0"/>
            <wp:docPr id="1071969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9308" cy="10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ABEA3" w14:textId="77777777" w:rsidR="00877697" w:rsidRDefault="00877697">
      <w:pPr>
        <w:spacing w:after="40"/>
        <w:jc w:val="center"/>
        <w:rPr>
          <w:rFonts w:ascii="Arial" w:hAnsi="Arial"/>
          <w:b/>
          <w:color w:val="104680"/>
          <w:sz w:val="32"/>
        </w:rPr>
        <w:sectPr w:rsidR="00877697" w:rsidSect="00877697">
          <w:pgSz w:w="12240" w:h="15840"/>
          <w:pgMar w:top="1" w:right="1440" w:bottom="1440" w:left="1440" w:header="720" w:footer="720" w:gutter="0"/>
          <w:cols w:space="720"/>
          <w:docGrid w:linePitch="360"/>
        </w:sectPr>
      </w:pPr>
    </w:p>
    <w:p w14:paraId="0856BB69" w14:textId="77777777" w:rsidR="00DE5B14" w:rsidRPr="00877697" w:rsidRDefault="00000000">
      <w:pPr>
        <w:spacing w:after="40"/>
        <w:jc w:val="center"/>
        <w:rPr>
          <w:lang w:val="es-ES"/>
        </w:rPr>
      </w:pPr>
      <w:r w:rsidRPr="00877697">
        <w:rPr>
          <w:rFonts w:ascii="Arial" w:hAnsi="Arial"/>
          <w:b/>
          <w:color w:val="104680"/>
          <w:sz w:val="32"/>
          <w:lang w:val="es-ES"/>
        </w:rPr>
        <w:lastRenderedPageBreak/>
        <w:t>MEMORIA JUSTIFICATIVA DE ACTUACIÓN Y RESULTADOS</w:t>
      </w:r>
    </w:p>
    <w:p w14:paraId="02606E36" w14:textId="2C282C12" w:rsidR="00DE5B14" w:rsidRPr="00877697" w:rsidRDefault="00000000">
      <w:pPr>
        <w:spacing w:after="280"/>
        <w:jc w:val="center"/>
        <w:rPr>
          <w:lang w:val="es-ES"/>
        </w:rPr>
      </w:pPr>
      <w:r w:rsidRPr="00877697">
        <w:rPr>
          <w:rFonts w:ascii="Arial" w:hAnsi="Arial"/>
          <w:b/>
          <w:color w:val="2E7D32"/>
          <w:lang w:val="es-ES"/>
        </w:rPr>
        <w:t xml:space="preserve">Ayudas LEADER | Programa de Desarrollo Rural de La Rioja </w:t>
      </w:r>
      <w:r w:rsidR="00401098">
        <w:rPr>
          <w:rFonts w:ascii="Arial" w:hAnsi="Arial"/>
          <w:b/>
          <w:color w:val="2E7D32"/>
          <w:lang w:val="es-ES"/>
        </w:rPr>
        <w:t xml:space="preserve">PEPAC </w:t>
      </w:r>
      <w:r w:rsidRPr="00877697">
        <w:rPr>
          <w:rFonts w:ascii="Arial" w:hAnsi="Arial"/>
          <w:b/>
          <w:color w:val="2E7D32"/>
          <w:lang w:val="es-ES"/>
        </w:rPr>
        <w:t>2023-2027</w:t>
      </w:r>
      <w:r w:rsidRPr="00877697">
        <w:rPr>
          <w:rFonts w:ascii="Arial" w:hAnsi="Arial"/>
          <w:b/>
          <w:color w:val="2E7D32"/>
          <w:lang w:val="es-ES"/>
        </w:rPr>
        <w:br/>
        <w:t>Grupo de Acción Local: ADR LA RIOJA ORIENTAL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DE5B14" w:rsidRPr="00877697" w14:paraId="263143FA" w14:textId="77777777">
        <w:trPr>
          <w:jc w:val="center"/>
        </w:trPr>
        <w:tc>
          <w:tcPr>
            <w:tcW w:w="9360" w:type="dxa"/>
            <w:tcBorders>
              <w:left w:val="single" w:sz="24" w:space="0" w:color="2E7D32"/>
            </w:tcBorders>
            <w:shd w:val="clear" w:color="auto" w:fill="F4F6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870B089" w14:textId="731C5302" w:rsidR="00DE5B14" w:rsidRPr="00877697" w:rsidRDefault="00000000">
            <w:pPr>
              <w:spacing w:after="0"/>
              <w:rPr>
                <w:lang w:val="es-ES"/>
              </w:rPr>
            </w:pPr>
            <w:r>
              <w:rPr>
                <w:rFonts w:ascii="Arial" w:hAnsi="Arial"/>
                <w:b/>
                <w:color w:val="104680"/>
                <w:sz w:val="19"/>
              </w:rPr>
              <w:t>📌</w:t>
            </w:r>
            <w:r w:rsidRPr="00877697">
              <w:rPr>
                <w:rFonts w:ascii="Arial" w:hAnsi="Arial"/>
                <w:b/>
                <w:color w:val="104680"/>
                <w:sz w:val="19"/>
                <w:lang w:val="es-ES"/>
              </w:rPr>
              <w:t xml:space="preserve"> INSTRUCCIONES PARA EL BENEFICIARIO:</w:t>
            </w:r>
            <w:r w:rsidRPr="00877697">
              <w:rPr>
                <w:rFonts w:ascii="Arial" w:hAnsi="Arial"/>
                <w:b/>
                <w:color w:val="104680"/>
                <w:sz w:val="19"/>
                <w:lang w:val="es-ES"/>
              </w:rPr>
              <w:br/>
            </w:r>
            <w:r w:rsidRPr="00877697">
              <w:rPr>
                <w:rFonts w:ascii="Arial" w:hAnsi="Arial"/>
                <w:color w:val="333333"/>
                <w:sz w:val="18"/>
                <w:lang w:val="es-ES"/>
              </w:rPr>
              <w:t>La presente memoria tiene por objeto justificar la realización de la actividad o inversión subvencionada, acreditar el cumplimiento de las condiciones fijadas en la Resolución de Concesión de la ayuda LEADER y detallar los resultados socioeconómicos obtenidos.</w:t>
            </w:r>
            <w:r w:rsidRPr="00877697">
              <w:rPr>
                <w:rFonts w:ascii="Arial" w:hAnsi="Arial"/>
                <w:color w:val="333333"/>
                <w:sz w:val="18"/>
                <w:lang w:val="es-ES"/>
              </w:rPr>
              <w:br/>
            </w:r>
            <w:r w:rsidRPr="00877697">
              <w:rPr>
                <w:rFonts w:ascii="Arial" w:hAnsi="Arial"/>
                <w:color w:val="333333"/>
                <w:sz w:val="18"/>
                <w:lang w:val="es-ES"/>
              </w:rPr>
              <w:br/>
              <w:t>Cumplimente de forma clara todos los apartados y adjunte esta memoria junto con la solicitud de pago y la cuenta justificativa (facturas y justificantes bancarios)</w:t>
            </w:r>
            <w:r w:rsidR="00401098">
              <w:rPr>
                <w:rFonts w:ascii="Arial" w:hAnsi="Arial"/>
                <w:color w:val="333333"/>
                <w:sz w:val="18"/>
                <w:lang w:val="es-ES"/>
              </w:rPr>
              <w:t xml:space="preserve"> y resto de documentación que se requiera aportar</w:t>
            </w:r>
            <w:r w:rsidRPr="00877697">
              <w:rPr>
                <w:rFonts w:ascii="Arial" w:hAnsi="Arial"/>
                <w:color w:val="333333"/>
                <w:sz w:val="18"/>
                <w:lang w:val="es-ES"/>
              </w:rPr>
              <w:t>.</w:t>
            </w:r>
          </w:p>
        </w:tc>
      </w:tr>
    </w:tbl>
    <w:p w14:paraId="4B098DE2" w14:textId="77777777" w:rsidR="00DE5B14" w:rsidRPr="00877697" w:rsidRDefault="00DE5B14">
      <w:pPr>
        <w:spacing w:after="120"/>
        <w:rPr>
          <w:lang w:val="es-ES"/>
        </w:rPr>
      </w:pPr>
    </w:p>
    <w:p w14:paraId="4894FC8E" w14:textId="77777777" w:rsidR="00DE5B14" w:rsidRPr="00877697" w:rsidRDefault="00000000">
      <w:pPr>
        <w:keepNext/>
        <w:spacing w:before="360" w:after="120"/>
        <w:rPr>
          <w:lang w:val="es-ES"/>
        </w:rPr>
      </w:pPr>
      <w:r w:rsidRPr="00877697">
        <w:rPr>
          <w:rFonts w:ascii="Arial" w:hAnsi="Arial"/>
          <w:b/>
          <w:color w:val="104680"/>
          <w:sz w:val="28"/>
          <w:lang w:val="es-ES"/>
        </w:rPr>
        <w:t>BLOQUE 1. DATOS IDENTIFICATIVOS DEL BENEFICIARIO</w:t>
      </w:r>
    </w:p>
    <w:p w14:paraId="16A9AB2E" w14:textId="77777777" w:rsidR="00DE5B14" w:rsidRPr="00877697" w:rsidRDefault="00000000">
      <w:pPr>
        <w:keepNext/>
        <w:spacing w:before="240" w:after="80"/>
        <w:rPr>
          <w:lang w:val="es-ES"/>
        </w:rPr>
      </w:pPr>
      <w:r w:rsidRPr="00877697">
        <w:rPr>
          <w:rFonts w:ascii="Arial" w:hAnsi="Arial"/>
          <w:b/>
          <w:color w:val="2E7D32"/>
          <w:lang w:val="es-ES"/>
        </w:rPr>
        <w:t>1.1. Datos Generales de la Solicitud</w:t>
      </w:r>
    </w:p>
    <w:p w14:paraId="78E638BB" w14:textId="3AF7620C" w:rsidR="00401098" w:rsidRDefault="00401098">
      <w:pPr>
        <w:spacing w:after="60"/>
        <w:rPr>
          <w:rFonts w:ascii="Arial" w:hAnsi="Arial"/>
          <w:b/>
          <w:color w:val="333333"/>
          <w:sz w:val="20"/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 xml:space="preserve">N.º Expediente LEADER: </w:t>
      </w:r>
      <w:r w:rsidRPr="00877697">
        <w:rPr>
          <w:rFonts w:ascii="Arial" w:hAnsi="Arial"/>
          <w:color w:val="333333"/>
          <w:sz w:val="20"/>
          <w:lang w:val="es-ES"/>
        </w:rPr>
        <w:t xml:space="preserve"> </w:t>
      </w:r>
    </w:p>
    <w:p w14:paraId="0618C427" w14:textId="3F793CD4" w:rsidR="00DE5B14" w:rsidRPr="00877697" w:rsidRDefault="00000000">
      <w:pPr>
        <w:spacing w:after="60"/>
        <w:rPr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 xml:space="preserve">Nombre / Razón Social del Beneficiario: </w:t>
      </w:r>
      <w:r w:rsidRPr="00877697">
        <w:rPr>
          <w:rFonts w:ascii="Arial" w:hAnsi="Arial"/>
          <w:color w:val="333333"/>
          <w:sz w:val="20"/>
          <w:lang w:val="es-ES"/>
        </w:rPr>
        <w:t xml:space="preserve"> </w:t>
      </w:r>
    </w:p>
    <w:p w14:paraId="7F29C7BC" w14:textId="291F5C05" w:rsidR="00DE5B14" w:rsidRPr="00877697" w:rsidRDefault="00000000">
      <w:pPr>
        <w:spacing w:after="60"/>
        <w:rPr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 xml:space="preserve">NIF / CIF: </w:t>
      </w:r>
      <w:r w:rsidRPr="00877697">
        <w:rPr>
          <w:rFonts w:ascii="Arial" w:hAnsi="Arial"/>
          <w:color w:val="333333"/>
          <w:sz w:val="20"/>
          <w:lang w:val="es-ES"/>
        </w:rPr>
        <w:t xml:space="preserve"> </w:t>
      </w:r>
    </w:p>
    <w:p w14:paraId="00E060A6" w14:textId="3319FED7" w:rsidR="00DE5B14" w:rsidRPr="00877697" w:rsidRDefault="00000000">
      <w:pPr>
        <w:spacing w:after="60"/>
        <w:rPr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 xml:space="preserve">Título del Proyecto / Inversión: </w:t>
      </w:r>
      <w:r w:rsidRPr="00877697">
        <w:rPr>
          <w:rFonts w:ascii="Arial" w:hAnsi="Arial"/>
          <w:color w:val="333333"/>
          <w:sz w:val="20"/>
          <w:lang w:val="es-ES"/>
        </w:rPr>
        <w:t xml:space="preserve"> </w:t>
      </w:r>
    </w:p>
    <w:p w14:paraId="3AE882C4" w14:textId="07523B7A" w:rsidR="00DE5B14" w:rsidRPr="00877697" w:rsidRDefault="00000000">
      <w:pPr>
        <w:spacing w:after="120"/>
        <w:rPr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 xml:space="preserve">Municipio de ubicación del proyecto: </w:t>
      </w:r>
      <w:r w:rsidRPr="00877697">
        <w:rPr>
          <w:rFonts w:ascii="Arial" w:hAnsi="Arial"/>
          <w:color w:val="333333"/>
          <w:sz w:val="20"/>
          <w:lang w:val="es-ES"/>
        </w:rPr>
        <w:t xml:space="preserve"> </w:t>
      </w:r>
    </w:p>
    <w:p w14:paraId="04ED7778" w14:textId="77777777" w:rsidR="00DE5B14" w:rsidRPr="00877697" w:rsidRDefault="00000000">
      <w:pPr>
        <w:keepNext/>
        <w:spacing w:before="240" w:after="80"/>
        <w:rPr>
          <w:lang w:val="es-ES"/>
        </w:rPr>
      </w:pPr>
      <w:r w:rsidRPr="00877697">
        <w:rPr>
          <w:rFonts w:ascii="Arial" w:hAnsi="Arial"/>
          <w:b/>
          <w:color w:val="2E7D32"/>
          <w:lang w:val="es-ES"/>
        </w:rPr>
        <w:t>1.2. Datos de Contacto y Representación Legal</w:t>
      </w:r>
    </w:p>
    <w:p w14:paraId="250CE281" w14:textId="78C061BA" w:rsidR="00DE5B14" w:rsidRPr="00877697" w:rsidRDefault="00000000">
      <w:pPr>
        <w:spacing w:after="60"/>
        <w:rPr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 xml:space="preserve">Persona de Contacto / Representante Legal: </w:t>
      </w:r>
      <w:r w:rsidRPr="00877697">
        <w:rPr>
          <w:rFonts w:ascii="Arial" w:hAnsi="Arial"/>
          <w:color w:val="333333"/>
          <w:sz w:val="20"/>
          <w:lang w:val="es-ES"/>
        </w:rPr>
        <w:t xml:space="preserve"> </w:t>
      </w:r>
    </w:p>
    <w:p w14:paraId="0C73A8ED" w14:textId="77777777" w:rsidR="00401098" w:rsidRDefault="00000000">
      <w:pPr>
        <w:spacing w:after="60"/>
        <w:rPr>
          <w:rFonts w:ascii="Arial" w:hAnsi="Arial"/>
          <w:color w:val="333333"/>
          <w:sz w:val="20"/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 xml:space="preserve">NIF del Representante Legal: </w:t>
      </w:r>
      <w:r w:rsidRPr="00877697">
        <w:rPr>
          <w:rFonts w:ascii="Arial" w:hAnsi="Arial"/>
          <w:color w:val="333333"/>
          <w:sz w:val="20"/>
          <w:lang w:val="es-ES"/>
        </w:rPr>
        <w:t xml:space="preserve"> </w:t>
      </w:r>
    </w:p>
    <w:p w14:paraId="7A5A3345" w14:textId="4C24317D" w:rsidR="00DE5B14" w:rsidRPr="00877697" w:rsidRDefault="00000000">
      <w:pPr>
        <w:spacing w:after="60"/>
        <w:rPr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 xml:space="preserve">Teléfono: </w:t>
      </w:r>
      <w:r w:rsidRPr="00877697">
        <w:rPr>
          <w:rFonts w:ascii="Arial" w:hAnsi="Arial"/>
          <w:color w:val="333333"/>
          <w:sz w:val="20"/>
          <w:lang w:val="es-ES"/>
        </w:rPr>
        <w:t xml:space="preserve"> </w:t>
      </w:r>
    </w:p>
    <w:p w14:paraId="716DD80C" w14:textId="238B5464" w:rsidR="00DE5B14" w:rsidRPr="00877697" w:rsidRDefault="00000000">
      <w:pPr>
        <w:spacing w:after="60"/>
        <w:rPr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 xml:space="preserve">Correo electrónico de contacto: </w:t>
      </w:r>
      <w:r w:rsidRPr="00877697">
        <w:rPr>
          <w:rFonts w:ascii="Arial" w:hAnsi="Arial"/>
          <w:color w:val="333333"/>
          <w:sz w:val="20"/>
          <w:lang w:val="es-ES"/>
        </w:rPr>
        <w:t xml:space="preserve"> </w:t>
      </w:r>
    </w:p>
    <w:p w14:paraId="1E06397A" w14:textId="33313AD9" w:rsidR="00DE5B14" w:rsidRPr="00877697" w:rsidRDefault="00000000">
      <w:pPr>
        <w:spacing w:after="60"/>
        <w:rPr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 xml:space="preserve">Domicilio Social / Dirección postal: </w:t>
      </w:r>
      <w:r w:rsidRPr="00877697">
        <w:rPr>
          <w:rFonts w:ascii="Arial" w:hAnsi="Arial"/>
          <w:color w:val="333333"/>
          <w:sz w:val="20"/>
          <w:lang w:val="es-ES"/>
        </w:rPr>
        <w:t xml:space="preserve"> </w:t>
      </w:r>
    </w:p>
    <w:p w14:paraId="401C59FD" w14:textId="77777777" w:rsidR="00DE5B14" w:rsidRPr="00877697" w:rsidRDefault="00000000">
      <w:pPr>
        <w:keepNext/>
        <w:spacing w:before="360" w:after="120"/>
        <w:rPr>
          <w:lang w:val="es-ES"/>
        </w:rPr>
      </w:pPr>
      <w:r w:rsidRPr="00877697">
        <w:rPr>
          <w:rFonts w:ascii="Arial" w:hAnsi="Arial"/>
          <w:b/>
          <w:color w:val="104680"/>
          <w:sz w:val="28"/>
          <w:lang w:val="es-ES"/>
        </w:rPr>
        <w:t>BLOQUE 2. DESCRIPCIÓN Y EJECUCIÓN DE LAS INVERSIONES / ACTIVIDADES</w:t>
      </w:r>
    </w:p>
    <w:p w14:paraId="1AB51E72" w14:textId="77777777" w:rsidR="00DE5B14" w:rsidRPr="00877697" w:rsidRDefault="00000000">
      <w:pPr>
        <w:keepNext/>
        <w:spacing w:before="240" w:after="80"/>
        <w:rPr>
          <w:lang w:val="es-ES"/>
        </w:rPr>
      </w:pPr>
      <w:r w:rsidRPr="00877697">
        <w:rPr>
          <w:rFonts w:ascii="Arial" w:hAnsi="Arial"/>
          <w:b/>
          <w:color w:val="2E7D32"/>
          <w:lang w:val="es-ES"/>
        </w:rPr>
        <w:t>2.1. Resumen de la Actuación Finalmente Desarrollada</w:t>
      </w:r>
    </w:p>
    <w:p w14:paraId="315DC598" w14:textId="77777777" w:rsidR="00DE5B14" w:rsidRPr="00877697" w:rsidRDefault="00000000">
      <w:pPr>
        <w:spacing w:after="80"/>
        <w:rPr>
          <w:lang w:val="es-ES"/>
        </w:rPr>
      </w:pPr>
      <w:r w:rsidRPr="00877697">
        <w:rPr>
          <w:rFonts w:ascii="Arial" w:hAnsi="Arial"/>
          <w:i/>
          <w:color w:val="666666"/>
          <w:sz w:val="18"/>
          <w:lang w:val="es-ES"/>
        </w:rPr>
        <w:t>(Describa de forma detallada las obras, compras de maquinaria, instalaciones, equipamiento o actividades finalmente realizadas, indicando si se han respetado la ubicación y las características técnicas inicialmente previstas):</w:t>
      </w:r>
    </w:p>
    <w:p w14:paraId="75722B50" w14:textId="77777777" w:rsidR="00DE5B14" w:rsidRPr="00877697" w:rsidRDefault="00000000">
      <w:pPr>
        <w:spacing w:after="160"/>
        <w:rPr>
          <w:lang w:val="es-ES"/>
        </w:rPr>
      </w:pPr>
      <w:r w:rsidRPr="00877697">
        <w:rPr>
          <w:lang w:val="es-ES"/>
        </w:rPr>
        <w:br/>
      </w:r>
      <w:r w:rsidRPr="00877697">
        <w:rPr>
          <w:lang w:val="es-ES"/>
        </w:rPr>
        <w:br/>
      </w:r>
      <w:r w:rsidRPr="00877697">
        <w:rPr>
          <w:lang w:val="es-ES"/>
        </w:rPr>
        <w:br/>
      </w:r>
      <w:r w:rsidRPr="00877697">
        <w:rPr>
          <w:lang w:val="es-ES"/>
        </w:rPr>
        <w:br/>
      </w:r>
      <w:r w:rsidRPr="00877697">
        <w:rPr>
          <w:lang w:val="es-ES"/>
        </w:rPr>
        <w:br/>
      </w:r>
    </w:p>
    <w:p w14:paraId="37F486C3" w14:textId="77777777" w:rsidR="00DE5B14" w:rsidRPr="00877697" w:rsidRDefault="00000000">
      <w:pPr>
        <w:keepNext/>
        <w:spacing w:before="240" w:after="80"/>
        <w:rPr>
          <w:lang w:val="es-ES"/>
        </w:rPr>
      </w:pPr>
      <w:r w:rsidRPr="00877697">
        <w:rPr>
          <w:rFonts w:ascii="Arial" w:hAnsi="Arial"/>
          <w:b/>
          <w:color w:val="2E7D32"/>
          <w:lang w:val="es-ES"/>
        </w:rPr>
        <w:lastRenderedPageBreak/>
        <w:t>2.2. Comparativa entre la Resolución de Concesión y la Ejecución Real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160"/>
        <w:gridCol w:w="2016"/>
        <w:gridCol w:w="2592"/>
      </w:tblGrid>
      <w:tr w:rsidR="00DE5B14" w:rsidRPr="00877697" w14:paraId="1D258DD0" w14:textId="77777777">
        <w:trPr>
          <w:jc w:val="center"/>
        </w:trPr>
        <w:tc>
          <w:tcPr>
            <w:tcW w:w="2592" w:type="dxa"/>
            <w:shd w:val="clear" w:color="auto" w:fill="10468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AE2B37E" w14:textId="77777777" w:rsidR="00DE5B14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Concepto / Indicador</w:t>
            </w:r>
          </w:p>
        </w:tc>
        <w:tc>
          <w:tcPr>
            <w:tcW w:w="2160" w:type="dxa"/>
            <w:shd w:val="clear" w:color="auto" w:fill="10468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0CBBA5" w14:textId="77777777" w:rsidR="00DE5B14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Condición Aprobada (Concesión)</w:t>
            </w:r>
          </w:p>
        </w:tc>
        <w:tc>
          <w:tcPr>
            <w:tcW w:w="2016" w:type="dxa"/>
            <w:shd w:val="clear" w:color="auto" w:fill="10468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877EBC" w14:textId="77777777" w:rsidR="00DE5B14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Ejecución Real Alcanzada</w:t>
            </w:r>
          </w:p>
        </w:tc>
        <w:tc>
          <w:tcPr>
            <w:tcW w:w="2592" w:type="dxa"/>
            <w:shd w:val="clear" w:color="auto" w:fill="10468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15CB50" w14:textId="77777777" w:rsidR="00DE5B14" w:rsidRPr="00877697" w:rsidRDefault="00000000">
            <w:pPr>
              <w:spacing w:after="0"/>
              <w:jc w:val="center"/>
              <w:rPr>
                <w:lang w:val="es-ES"/>
              </w:rPr>
            </w:pPr>
            <w:r w:rsidRPr="00877697">
              <w:rPr>
                <w:rFonts w:ascii="Arial" w:hAnsi="Arial"/>
                <w:b/>
                <w:color w:val="FFFFFF"/>
                <w:sz w:val="19"/>
                <w:lang w:val="es-ES"/>
              </w:rPr>
              <w:t>¿Desviación? (Sí/No y causa)</w:t>
            </w:r>
          </w:p>
        </w:tc>
      </w:tr>
      <w:tr w:rsidR="00DE5B14" w14:paraId="721B25F6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BE1E8F" w14:textId="77777777" w:rsidR="00DE5B14" w:rsidRDefault="00000000">
            <w:pPr>
              <w:spacing w:after="0"/>
            </w:pPr>
            <w:r>
              <w:rPr>
                <w:rFonts w:ascii="Arial" w:hAnsi="Arial"/>
                <w:color w:val="333333"/>
                <w:sz w:val="19"/>
              </w:rPr>
              <w:t>Importe total de inversión (€)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A71E0E" w14:textId="77777777" w:rsidR="00DE5B14" w:rsidRDefault="00DE5B14">
            <w:pPr>
              <w:spacing w:after="0"/>
            </w:pPr>
          </w:p>
        </w:tc>
        <w:tc>
          <w:tcPr>
            <w:tcW w:w="201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38CB37" w14:textId="77777777" w:rsidR="00DE5B14" w:rsidRDefault="00DE5B14">
            <w:pPr>
              <w:spacing w:after="0"/>
            </w:pP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D8C570" w14:textId="77777777" w:rsidR="00DE5B14" w:rsidRDefault="00DE5B14">
            <w:pPr>
              <w:spacing w:after="0"/>
            </w:pPr>
          </w:p>
        </w:tc>
      </w:tr>
      <w:tr w:rsidR="00DE5B14" w14:paraId="1A22CF20" w14:textId="77777777">
        <w:trPr>
          <w:jc w:val="center"/>
        </w:trPr>
        <w:tc>
          <w:tcPr>
            <w:tcW w:w="2592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8C4B20" w14:textId="77777777" w:rsidR="00DE5B14" w:rsidRDefault="00000000">
            <w:pPr>
              <w:spacing w:after="0"/>
            </w:pPr>
            <w:r>
              <w:rPr>
                <w:rFonts w:ascii="Arial" w:hAnsi="Arial"/>
                <w:color w:val="333333"/>
                <w:sz w:val="19"/>
              </w:rPr>
              <w:t>Fecha de finalización</w:t>
            </w:r>
          </w:p>
        </w:tc>
        <w:tc>
          <w:tcPr>
            <w:tcW w:w="2160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2ACEBD" w14:textId="77777777" w:rsidR="00DE5B14" w:rsidRDefault="00DE5B14">
            <w:pPr>
              <w:spacing w:after="0"/>
            </w:pPr>
          </w:p>
        </w:tc>
        <w:tc>
          <w:tcPr>
            <w:tcW w:w="2016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49E068" w14:textId="77777777" w:rsidR="00DE5B14" w:rsidRDefault="00DE5B14">
            <w:pPr>
              <w:spacing w:after="0"/>
            </w:pPr>
          </w:p>
        </w:tc>
        <w:tc>
          <w:tcPr>
            <w:tcW w:w="2592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32D504" w14:textId="77777777" w:rsidR="00DE5B14" w:rsidRDefault="00DE5B14">
            <w:pPr>
              <w:spacing w:after="0"/>
            </w:pPr>
          </w:p>
        </w:tc>
      </w:tr>
      <w:tr w:rsidR="00DE5B14" w:rsidRPr="00877697" w14:paraId="75EB89E4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70BBD7" w14:textId="77777777" w:rsidR="00DE5B14" w:rsidRPr="00877697" w:rsidRDefault="00000000">
            <w:pPr>
              <w:spacing w:after="0"/>
              <w:rPr>
                <w:lang w:val="es-ES"/>
              </w:rPr>
            </w:pPr>
            <w:r w:rsidRPr="00877697">
              <w:rPr>
                <w:rFonts w:ascii="Arial" w:hAnsi="Arial"/>
                <w:color w:val="333333"/>
                <w:sz w:val="19"/>
                <w:lang w:val="es-ES"/>
              </w:rPr>
              <w:t>Creación de empleo (N.º puestos)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E3104E" w14:textId="77777777" w:rsidR="00DE5B14" w:rsidRPr="00877697" w:rsidRDefault="00DE5B14">
            <w:pPr>
              <w:spacing w:after="0"/>
              <w:rPr>
                <w:lang w:val="es-ES"/>
              </w:rPr>
            </w:pPr>
          </w:p>
        </w:tc>
        <w:tc>
          <w:tcPr>
            <w:tcW w:w="201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F55B13" w14:textId="77777777" w:rsidR="00DE5B14" w:rsidRPr="00877697" w:rsidRDefault="00DE5B14">
            <w:pPr>
              <w:spacing w:after="0"/>
              <w:rPr>
                <w:lang w:val="es-ES"/>
              </w:rPr>
            </w:pP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B3C077" w14:textId="77777777" w:rsidR="00DE5B14" w:rsidRPr="00877697" w:rsidRDefault="00DE5B14">
            <w:pPr>
              <w:spacing w:after="0"/>
              <w:rPr>
                <w:lang w:val="es-ES"/>
              </w:rPr>
            </w:pPr>
          </w:p>
        </w:tc>
      </w:tr>
      <w:tr w:rsidR="00DE5B14" w:rsidRPr="00877697" w14:paraId="3D20912D" w14:textId="77777777">
        <w:trPr>
          <w:jc w:val="center"/>
        </w:trPr>
        <w:tc>
          <w:tcPr>
            <w:tcW w:w="2592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15E8E9" w14:textId="77777777" w:rsidR="00DE5B14" w:rsidRPr="00877697" w:rsidRDefault="00000000">
            <w:pPr>
              <w:spacing w:after="0"/>
              <w:rPr>
                <w:lang w:val="es-ES"/>
              </w:rPr>
            </w:pPr>
            <w:r w:rsidRPr="00877697">
              <w:rPr>
                <w:rFonts w:ascii="Arial" w:hAnsi="Arial"/>
                <w:color w:val="333333"/>
                <w:sz w:val="19"/>
                <w:lang w:val="es-ES"/>
              </w:rPr>
              <w:t>Mantenimiento de empleo (N.º puestos)</w:t>
            </w:r>
          </w:p>
        </w:tc>
        <w:tc>
          <w:tcPr>
            <w:tcW w:w="2160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9520DE" w14:textId="77777777" w:rsidR="00DE5B14" w:rsidRPr="00877697" w:rsidRDefault="00DE5B14">
            <w:pPr>
              <w:spacing w:after="0"/>
              <w:rPr>
                <w:lang w:val="es-ES"/>
              </w:rPr>
            </w:pPr>
          </w:p>
        </w:tc>
        <w:tc>
          <w:tcPr>
            <w:tcW w:w="2016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1A9F8C" w14:textId="77777777" w:rsidR="00DE5B14" w:rsidRPr="00877697" w:rsidRDefault="00DE5B14">
            <w:pPr>
              <w:spacing w:after="0"/>
              <w:rPr>
                <w:lang w:val="es-ES"/>
              </w:rPr>
            </w:pPr>
          </w:p>
        </w:tc>
        <w:tc>
          <w:tcPr>
            <w:tcW w:w="2592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67687D" w14:textId="77777777" w:rsidR="00DE5B14" w:rsidRPr="00877697" w:rsidRDefault="00DE5B14">
            <w:pPr>
              <w:spacing w:after="0"/>
              <w:rPr>
                <w:lang w:val="es-ES"/>
              </w:rPr>
            </w:pPr>
          </w:p>
        </w:tc>
      </w:tr>
      <w:tr w:rsidR="00DE5B14" w14:paraId="5720676B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6E384D" w14:textId="77777777" w:rsidR="00DE5B14" w:rsidRDefault="00000000">
            <w:pPr>
              <w:spacing w:after="0"/>
            </w:pPr>
            <w:r>
              <w:rPr>
                <w:rFonts w:ascii="Arial" w:hAnsi="Arial"/>
                <w:color w:val="333333"/>
                <w:sz w:val="19"/>
              </w:rPr>
              <w:t>Licencias y permisos obtenidos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72AA5B" w14:textId="77777777" w:rsidR="00DE5B14" w:rsidRDefault="00DE5B14">
            <w:pPr>
              <w:spacing w:after="0"/>
            </w:pPr>
          </w:p>
        </w:tc>
        <w:tc>
          <w:tcPr>
            <w:tcW w:w="201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FE2A5F" w14:textId="77777777" w:rsidR="00DE5B14" w:rsidRDefault="00DE5B14">
            <w:pPr>
              <w:spacing w:after="0"/>
            </w:pP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AC32A9" w14:textId="77777777" w:rsidR="00DE5B14" w:rsidRDefault="00DE5B14">
            <w:pPr>
              <w:spacing w:after="0"/>
            </w:pPr>
          </w:p>
        </w:tc>
      </w:tr>
    </w:tbl>
    <w:p w14:paraId="112C4E8A" w14:textId="77777777" w:rsidR="00DE5B14" w:rsidRDefault="00DE5B14">
      <w:pPr>
        <w:spacing w:after="120"/>
      </w:pPr>
    </w:p>
    <w:p w14:paraId="6BCDAF5D" w14:textId="77777777" w:rsidR="00DE5B14" w:rsidRPr="00877697" w:rsidRDefault="00000000">
      <w:pPr>
        <w:keepNext/>
        <w:spacing w:before="240" w:after="80"/>
        <w:rPr>
          <w:lang w:val="es-ES"/>
        </w:rPr>
      </w:pPr>
      <w:r w:rsidRPr="00877697">
        <w:rPr>
          <w:rFonts w:ascii="Arial" w:hAnsi="Arial"/>
          <w:b/>
          <w:color w:val="2E7D32"/>
          <w:lang w:val="es-ES"/>
        </w:rPr>
        <w:t>2.3. Justificación de Desviaciones o Modificaciones (si procede)</w:t>
      </w:r>
    </w:p>
    <w:p w14:paraId="4CCD7B92" w14:textId="77777777" w:rsidR="00DE5B14" w:rsidRPr="00877697" w:rsidRDefault="00000000">
      <w:pPr>
        <w:spacing w:after="80"/>
        <w:rPr>
          <w:lang w:val="es-ES"/>
        </w:rPr>
      </w:pPr>
      <w:r w:rsidRPr="00877697">
        <w:rPr>
          <w:rFonts w:ascii="Arial" w:hAnsi="Arial"/>
          <w:i/>
          <w:color w:val="666666"/>
          <w:sz w:val="18"/>
          <w:lang w:val="es-ES"/>
        </w:rPr>
        <w:t>(En caso de haber existido cambios en la inversión, cambio de proveedores, variaciones de presupuesto o prórrogas en el plazo de ejecución respecto a la resolución inicial, justifique brevemente las causas):</w:t>
      </w:r>
    </w:p>
    <w:p w14:paraId="020A6264" w14:textId="77777777" w:rsidR="00DE5B14" w:rsidRPr="00877697" w:rsidRDefault="00000000">
      <w:pPr>
        <w:spacing w:after="160"/>
        <w:rPr>
          <w:lang w:val="es-ES"/>
        </w:rPr>
      </w:pPr>
      <w:r w:rsidRPr="00877697">
        <w:rPr>
          <w:lang w:val="es-ES"/>
        </w:rPr>
        <w:br/>
      </w:r>
      <w:r w:rsidRPr="00877697">
        <w:rPr>
          <w:lang w:val="es-ES"/>
        </w:rPr>
        <w:br/>
      </w:r>
      <w:r w:rsidRPr="00877697">
        <w:rPr>
          <w:lang w:val="es-ES"/>
        </w:rPr>
        <w:br/>
      </w:r>
    </w:p>
    <w:p w14:paraId="636D3B57" w14:textId="77777777" w:rsidR="00DE5B14" w:rsidRPr="00877697" w:rsidRDefault="00000000">
      <w:pPr>
        <w:keepNext/>
        <w:spacing w:before="360" w:after="120"/>
        <w:rPr>
          <w:lang w:val="es-ES"/>
        </w:rPr>
      </w:pPr>
      <w:r w:rsidRPr="00877697">
        <w:rPr>
          <w:rFonts w:ascii="Arial" w:hAnsi="Arial"/>
          <w:b/>
          <w:color w:val="104680"/>
          <w:sz w:val="28"/>
          <w:lang w:val="es-ES"/>
        </w:rPr>
        <w:t>BLOQUE 3. RESULTADOS OBTENIDOS E IMPACTO EN EL TERRITORIO</w:t>
      </w:r>
    </w:p>
    <w:p w14:paraId="708A6E78" w14:textId="02AB6B5B" w:rsidR="00DE5B14" w:rsidRPr="00877697" w:rsidRDefault="00000000">
      <w:pPr>
        <w:keepNext/>
        <w:spacing w:before="240" w:after="80"/>
        <w:rPr>
          <w:lang w:val="es-ES"/>
        </w:rPr>
      </w:pPr>
      <w:r w:rsidRPr="00877697">
        <w:rPr>
          <w:rFonts w:ascii="Arial" w:hAnsi="Arial"/>
          <w:b/>
          <w:color w:val="2E7D32"/>
          <w:lang w:val="es-ES"/>
        </w:rPr>
        <w:t xml:space="preserve">3.1. Creación y Mantenimiento de Empleo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48"/>
        <w:gridCol w:w="1137"/>
        <w:gridCol w:w="1148"/>
        <w:gridCol w:w="1134"/>
        <w:gridCol w:w="1224"/>
        <w:gridCol w:w="1525"/>
        <w:gridCol w:w="1144"/>
      </w:tblGrid>
      <w:tr w:rsidR="00DE5B14" w14:paraId="6A666025" w14:textId="77777777">
        <w:trPr>
          <w:jc w:val="center"/>
        </w:trPr>
        <w:tc>
          <w:tcPr>
            <w:tcW w:w="2160" w:type="dxa"/>
            <w:shd w:val="clear" w:color="auto" w:fill="10468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BCD7BA" w14:textId="77777777" w:rsidR="00DE5B14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Tipo de Empleo</w:t>
            </w:r>
          </w:p>
        </w:tc>
        <w:tc>
          <w:tcPr>
            <w:tcW w:w="1152" w:type="dxa"/>
            <w:shd w:val="clear" w:color="auto" w:fill="10468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AC9DDD" w14:textId="77777777" w:rsidR="00DE5B14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N.º Puestos</w:t>
            </w:r>
          </w:p>
        </w:tc>
        <w:tc>
          <w:tcPr>
            <w:tcW w:w="1152" w:type="dxa"/>
            <w:shd w:val="clear" w:color="auto" w:fill="10468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530EFF6" w14:textId="77777777" w:rsidR="00DE5B14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Hombres</w:t>
            </w:r>
          </w:p>
        </w:tc>
        <w:tc>
          <w:tcPr>
            <w:tcW w:w="1152" w:type="dxa"/>
            <w:shd w:val="clear" w:color="auto" w:fill="10468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172B7E9" w14:textId="77777777" w:rsidR="00DE5B14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Mujeres</w:t>
            </w:r>
          </w:p>
        </w:tc>
        <w:tc>
          <w:tcPr>
            <w:tcW w:w="1296" w:type="dxa"/>
            <w:shd w:val="clear" w:color="auto" w:fill="10468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06561C" w14:textId="77777777" w:rsidR="00DE5B14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&lt; 30 Años</w:t>
            </w:r>
          </w:p>
        </w:tc>
        <w:tc>
          <w:tcPr>
            <w:tcW w:w="1296" w:type="dxa"/>
            <w:shd w:val="clear" w:color="auto" w:fill="10468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2262BC" w14:textId="77777777" w:rsidR="00DE5B14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Discapacidad</w:t>
            </w:r>
          </w:p>
        </w:tc>
        <w:tc>
          <w:tcPr>
            <w:tcW w:w="1152" w:type="dxa"/>
            <w:shd w:val="clear" w:color="auto" w:fill="10468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32BC16" w14:textId="77777777" w:rsidR="00DE5B14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Jornada / Contrato</w:t>
            </w:r>
          </w:p>
        </w:tc>
      </w:tr>
      <w:tr w:rsidR="00DE5B14" w14:paraId="7FF4555E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836892" w14:textId="77777777" w:rsidR="00DE5B14" w:rsidRDefault="00000000">
            <w:pPr>
              <w:spacing w:after="0"/>
            </w:pPr>
            <w:r>
              <w:rPr>
                <w:rFonts w:ascii="Arial" w:hAnsi="Arial"/>
                <w:color w:val="333333"/>
                <w:sz w:val="19"/>
              </w:rPr>
              <w:t>Nuevos puestos creados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4F8FEA" w14:textId="77777777" w:rsidR="00DE5B14" w:rsidRDefault="00DE5B14">
            <w:pPr>
              <w:spacing w:after="0"/>
            </w:pPr>
          </w:p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50ECFC" w14:textId="77777777" w:rsidR="00DE5B14" w:rsidRDefault="00DE5B14">
            <w:pPr>
              <w:spacing w:after="0"/>
            </w:pPr>
          </w:p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A04575" w14:textId="77777777" w:rsidR="00DE5B14" w:rsidRDefault="00DE5B14">
            <w:pPr>
              <w:spacing w:after="0"/>
            </w:pP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955F0A" w14:textId="77777777" w:rsidR="00DE5B14" w:rsidRDefault="00DE5B14">
            <w:pPr>
              <w:spacing w:after="0"/>
            </w:pP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6BCBB1" w14:textId="77777777" w:rsidR="00DE5B14" w:rsidRDefault="00DE5B14">
            <w:pPr>
              <w:spacing w:after="0"/>
            </w:pPr>
          </w:p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71FC9A" w14:textId="77777777" w:rsidR="00DE5B14" w:rsidRDefault="00DE5B14">
            <w:pPr>
              <w:spacing w:after="0"/>
            </w:pPr>
          </w:p>
        </w:tc>
      </w:tr>
      <w:tr w:rsidR="00DE5B14" w14:paraId="1B11B218" w14:textId="77777777">
        <w:trPr>
          <w:jc w:val="center"/>
        </w:trPr>
        <w:tc>
          <w:tcPr>
            <w:tcW w:w="2160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7BE48B" w14:textId="77777777" w:rsidR="00DE5B14" w:rsidRDefault="00000000">
            <w:pPr>
              <w:spacing w:after="0"/>
            </w:pPr>
            <w:r>
              <w:rPr>
                <w:rFonts w:ascii="Arial" w:hAnsi="Arial"/>
                <w:color w:val="333333"/>
                <w:sz w:val="19"/>
              </w:rPr>
              <w:t>Puestos mantenidos / consolidados</w:t>
            </w:r>
          </w:p>
        </w:tc>
        <w:tc>
          <w:tcPr>
            <w:tcW w:w="1152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FB89D4" w14:textId="77777777" w:rsidR="00DE5B14" w:rsidRDefault="00DE5B14">
            <w:pPr>
              <w:spacing w:after="0"/>
            </w:pPr>
          </w:p>
        </w:tc>
        <w:tc>
          <w:tcPr>
            <w:tcW w:w="1152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E361FB" w14:textId="77777777" w:rsidR="00DE5B14" w:rsidRDefault="00DE5B14">
            <w:pPr>
              <w:spacing w:after="0"/>
            </w:pPr>
          </w:p>
        </w:tc>
        <w:tc>
          <w:tcPr>
            <w:tcW w:w="1152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32BD76" w14:textId="77777777" w:rsidR="00DE5B14" w:rsidRDefault="00DE5B14">
            <w:pPr>
              <w:spacing w:after="0"/>
            </w:pPr>
          </w:p>
        </w:tc>
        <w:tc>
          <w:tcPr>
            <w:tcW w:w="1296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9B4B8F" w14:textId="77777777" w:rsidR="00DE5B14" w:rsidRDefault="00DE5B14">
            <w:pPr>
              <w:spacing w:after="0"/>
            </w:pPr>
          </w:p>
        </w:tc>
        <w:tc>
          <w:tcPr>
            <w:tcW w:w="1296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AE71D0" w14:textId="77777777" w:rsidR="00DE5B14" w:rsidRDefault="00DE5B14">
            <w:pPr>
              <w:spacing w:after="0"/>
            </w:pPr>
          </w:p>
        </w:tc>
        <w:tc>
          <w:tcPr>
            <w:tcW w:w="1152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50E944" w14:textId="77777777" w:rsidR="00DE5B14" w:rsidRDefault="00DE5B14">
            <w:pPr>
              <w:spacing w:after="0"/>
            </w:pPr>
          </w:p>
        </w:tc>
      </w:tr>
    </w:tbl>
    <w:p w14:paraId="10E9F4C6" w14:textId="77777777" w:rsidR="00DE5B14" w:rsidRDefault="00DE5B14">
      <w:pPr>
        <w:spacing w:after="120"/>
      </w:pPr>
    </w:p>
    <w:p w14:paraId="7A60104A" w14:textId="77777777" w:rsidR="00DE5B14" w:rsidRPr="00877697" w:rsidRDefault="00000000">
      <w:pPr>
        <w:keepNext/>
        <w:spacing w:before="240" w:after="80"/>
        <w:rPr>
          <w:lang w:val="es-ES"/>
        </w:rPr>
      </w:pPr>
      <w:r w:rsidRPr="00877697">
        <w:rPr>
          <w:rFonts w:ascii="Arial" w:hAnsi="Arial"/>
          <w:b/>
          <w:color w:val="2E7D32"/>
          <w:lang w:val="es-ES"/>
        </w:rPr>
        <w:t>3.2. Criterios de Impacto LEADER y Sostenibilidad</w:t>
      </w:r>
    </w:p>
    <w:p w14:paraId="525DE835" w14:textId="05423158" w:rsidR="00DE5B14" w:rsidRPr="00877697" w:rsidRDefault="00000000">
      <w:pPr>
        <w:spacing w:after="60"/>
        <w:rPr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 xml:space="preserve">• Carácter innovador y diferenciación: </w:t>
      </w:r>
      <w:r w:rsidRPr="00877697">
        <w:rPr>
          <w:rFonts w:ascii="Arial" w:hAnsi="Arial"/>
          <w:color w:val="333333"/>
          <w:sz w:val="20"/>
          <w:lang w:val="es-ES"/>
        </w:rPr>
        <w:t>(Resuma los nuevos productos o servicios ofertados en el municipio o comarca)</w:t>
      </w:r>
    </w:p>
    <w:p w14:paraId="77A226DF" w14:textId="77777777" w:rsidR="00DE5B14" w:rsidRPr="00877697" w:rsidRDefault="00000000">
      <w:pPr>
        <w:spacing w:after="80"/>
        <w:rPr>
          <w:lang w:val="es-ES"/>
        </w:rPr>
      </w:pPr>
      <w:r w:rsidRPr="00877697">
        <w:rPr>
          <w:lang w:val="es-ES"/>
        </w:rPr>
        <w:lastRenderedPageBreak/>
        <w:br/>
      </w:r>
      <w:r w:rsidRPr="00877697">
        <w:rPr>
          <w:lang w:val="es-ES"/>
        </w:rPr>
        <w:br/>
      </w:r>
    </w:p>
    <w:p w14:paraId="22BA2F40" w14:textId="576BA1AF" w:rsidR="00DE5B14" w:rsidRPr="00877697" w:rsidRDefault="00000000">
      <w:pPr>
        <w:spacing w:after="60"/>
        <w:rPr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 xml:space="preserve">• Sostenibilidad ambiental e innovación verde: </w:t>
      </w:r>
      <w:r w:rsidRPr="00877697">
        <w:rPr>
          <w:rFonts w:ascii="Arial" w:hAnsi="Arial"/>
          <w:color w:val="333333"/>
          <w:sz w:val="20"/>
          <w:lang w:val="es-ES"/>
        </w:rPr>
        <w:t>(Medidas de eficiencia energética, renovables o economía circular)</w:t>
      </w:r>
    </w:p>
    <w:p w14:paraId="5BB37600" w14:textId="77777777" w:rsidR="00DE5B14" w:rsidRPr="00877697" w:rsidRDefault="00000000">
      <w:pPr>
        <w:spacing w:after="80"/>
        <w:rPr>
          <w:lang w:val="es-ES"/>
        </w:rPr>
      </w:pPr>
      <w:r w:rsidRPr="00877697">
        <w:rPr>
          <w:lang w:val="es-ES"/>
        </w:rPr>
        <w:br/>
      </w:r>
      <w:r w:rsidRPr="00877697">
        <w:rPr>
          <w:lang w:val="es-ES"/>
        </w:rPr>
        <w:br/>
      </w:r>
    </w:p>
    <w:p w14:paraId="0EC2D058" w14:textId="5726A78E" w:rsidR="00DE5B14" w:rsidRPr="00877697" w:rsidRDefault="00000000">
      <w:pPr>
        <w:spacing w:after="60"/>
        <w:rPr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 xml:space="preserve">• Igualdad, inclusión social y dinamización local: </w:t>
      </w:r>
      <w:r w:rsidRPr="00877697">
        <w:rPr>
          <w:rFonts w:ascii="Arial" w:hAnsi="Arial"/>
          <w:color w:val="333333"/>
          <w:sz w:val="20"/>
          <w:lang w:val="es-ES"/>
        </w:rPr>
        <w:t>(Acciones con impacto en mujeres, jóvenes o proveedores locales)</w:t>
      </w:r>
    </w:p>
    <w:p w14:paraId="62BF7A7C" w14:textId="77777777" w:rsidR="00DE5B14" w:rsidRPr="00877697" w:rsidRDefault="00000000">
      <w:pPr>
        <w:spacing w:after="160"/>
        <w:rPr>
          <w:lang w:val="es-ES"/>
        </w:rPr>
      </w:pPr>
      <w:r w:rsidRPr="00877697">
        <w:rPr>
          <w:lang w:val="es-ES"/>
        </w:rPr>
        <w:br/>
      </w:r>
      <w:r w:rsidRPr="00877697">
        <w:rPr>
          <w:lang w:val="es-ES"/>
        </w:rPr>
        <w:br/>
      </w:r>
    </w:p>
    <w:p w14:paraId="66CAE1ED" w14:textId="77777777" w:rsidR="00DE5B14" w:rsidRPr="00877697" w:rsidRDefault="00000000">
      <w:pPr>
        <w:keepNext/>
        <w:spacing w:before="360" w:after="120"/>
        <w:rPr>
          <w:lang w:val="es-ES"/>
        </w:rPr>
      </w:pPr>
      <w:r w:rsidRPr="00877697">
        <w:rPr>
          <w:rFonts w:ascii="Arial" w:hAnsi="Arial"/>
          <w:b/>
          <w:color w:val="104680"/>
          <w:sz w:val="28"/>
          <w:lang w:val="es-ES"/>
        </w:rPr>
        <w:t>BLOQUE 4. DECLARACIÓN, LUGAR, FECHA Y FIRMA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DE5B14" w:rsidRPr="00877697" w14:paraId="0B16FFE4" w14:textId="77777777">
        <w:trPr>
          <w:jc w:val="center"/>
        </w:trPr>
        <w:tc>
          <w:tcPr>
            <w:tcW w:w="936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4A3D1B" w14:textId="77777777" w:rsidR="00DE5B14" w:rsidRPr="00877697" w:rsidRDefault="00000000">
            <w:pPr>
              <w:spacing w:after="0"/>
              <w:rPr>
                <w:lang w:val="es-ES"/>
              </w:rPr>
            </w:pPr>
            <w:r w:rsidRPr="00877697">
              <w:rPr>
                <w:rFonts w:ascii="Arial" w:hAnsi="Arial"/>
                <w:b/>
                <w:color w:val="104680"/>
                <w:sz w:val="19"/>
                <w:lang w:val="es-ES"/>
              </w:rPr>
              <w:t>DECLARACIÓN RESPONSABLE DEL BENEFICIARIO:</w:t>
            </w:r>
            <w:r w:rsidRPr="00877697">
              <w:rPr>
                <w:rFonts w:ascii="Arial" w:hAnsi="Arial"/>
                <w:b/>
                <w:color w:val="104680"/>
                <w:sz w:val="19"/>
                <w:lang w:val="es-ES"/>
              </w:rPr>
              <w:br/>
            </w:r>
            <w:r w:rsidRPr="00877697">
              <w:rPr>
                <w:rFonts w:ascii="Arial" w:hAnsi="Arial"/>
                <w:color w:val="333333"/>
                <w:sz w:val="18"/>
                <w:lang w:val="es-ES"/>
              </w:rPr>
              <w:t>D./Dª. ______________________________________________________, con NIF ____________________, como beneficiario/a o representante legal de la entidad, DECLARA que las inversiones o actividades descritas en la presente memoria han sido totalmente ejecutadas conforme a las condiciones establecidas en la concesión de la ayuda LEADER, estando los bienes afectos a la actividad y en correcto funcionamiento.</w:t>
            </w:r>
          </w:p>
        </w:tc>
      </w:tr>
    </w:tbl>
    <w:p w14:paraId="0C638175" w14:textId="77777777" w:rsidR="00DE5B14" w:rsidRPr="00877697" w:rsidRDefault="00DE5B14">
      <w:pPr>
        <w:spacing w:after="240"/>
        <w:rPr>
          <w:lang w:val="es-ES"/>
        </w:rPr>
      </w:pPr>
    </w:p>
    <w:p w14:paraId="606A1EBF" w14:textId="77777777" w:rsidR="00DE5B14" w:rsidRPr="00877697" w:rsidRDefault="00000000">
      <w:pPr>
        <w:spacing w:after="360"/>
        <w:rPr>
          <w:lang w:val="es-ES"/>
        </w:rPr>
      </w:pPr>
      <w:proofErr w:type="gramStart"/>
      <w:r w:rsidRPr="00877697">
        <w:rPr>
          <w:rFonts w:ascii="Arial" w:hAnsi="Arial"/>
          <w:b/>
          <w:color w:val="333333"/>
          <w:sz w:val="20"/>
          <w:lang w:val="es-ES"/>
        </w:rPr>
        <w:t xml:space="preserve">En </w:t>
      </w:r>
      <w:r w:rsidRPr="00877697">
        <w:rPr>
          <w:rFonts w:ascii="Arial" w:hAnsi="Arial"/>
          <w:color w:val="333333"/>
          <w:sz w:val="20"/>
          <w:lang w:val="es-ES"/>
        </w:rPr>
        <w:t xml:space="preserve"> _</w:t>
      </w:r>
      <w:proofErr w:type="gramEnd"/>
      <w:r w:rsidRPr="00877697">
        <w:rPr>
          <w:rFonts w:ascii="Arial" w:hAnsi="Arial"/>
          <w:color w:val="333333"/>
          <w:sz w:val="20"/>
          <w:lang w:val="es-ES"/>
        </w:rPr>
        <w:t>_____________________________________, a _____ de ____________________ de 202__</w:t>
      </w:r>
    </w:p>
    <w:p w14:paraId="622A7CE5" w14:textId="77777777" w:rsidR="00DE5B14" w:rsidRPr="00877697" w:rsidRDefault="00000000">
      <w:pPr>
        <w:spacing w:after="0"/>
        <w:jc w:val="center"/>
        <w:rPr>
          <w:lang w:val="es-ES"/>
        </w:rPr>
      </w:pPr>
      <w:r w:rsidRPr="00877697">
        <w:rPr>
          <w:rFonts w:ascii="Arial" w:hAnsi="Arial"/>
          <w:b/>
          <w:color w:val="333333"/>
          <w:sz w:val="20"/>
          <w:lang w:val="es-ES"/>
        </w:rPr>
        <w:t>Firma del Beneficiario / Representante Legal:</w:t>
      </w:r>
      <w:r w:rsidRPr="00877697">
        <w:rPr>
          <w:rFonts w:ascii="Arial" w:hAnsi="Arial"/>
          <w:b/>
          <w:color w:val="333333"/>
          <w:sz w:val="20"/>
          <w:lang w:val="es-ES"/>
        </w:rPr>
        <w:br/>
      </w:r>
      <w:r w:rsidRPr="00877697">
        <w:rPr>
          <w:rFonts w:ascii="Arial" w:hAnsi="Arial"/>
          <w:b/>
          <w:color w:val="333333"/>
          <w:sz w:val="20"/>
          <w:lang w:val="es-ES"/>
        </w:rPr>
        <w:br/>
      </w:r>
      <w:r w:rsidRPr="00877697">
        <w:rPr>
          <w:rFonts w:ascii="Arial" w:hAnsi="Arial"/>
          <w:b/>
          <w:color w:val="333333"/>
          <w:sz w:val="20"/>
          <w:lang w:val="es-ES"/>
        </w:rPr>
        <w:br/>
      </w:r>
      <w:r w:rsidRPr="00877697">
        <w:rPr>
          <w:rFonts w:ascii="Arial" w:hAnsi="Arial"/>
          <w:b/>
          <w:color w:val="333333"/>
          <w:sz w:val="20"/>
          <w:lang w:val="es-ES"/>
        </w:rPr>
        <w:br/>
        <w:t>___________________________________</w:t>
      </w:r>
      <w:r w:rsidRPr="00877697">
        <w:rPr>
          <w:rFonts w:ascii="Arial" w:hAnsi="Arial"/>
          <w:b/>
          <w:color w:val="333333"/>
          <w:sz w:val="20"/>
          <w:lang w:val="es-ES"/>
        </w:rPr>
        <w:br/>
        <w:t xml:space="preserve">Fdo.: </w:t>
      </w:r>
    </w:p>
    <w:sectPr w:rsidR="00DE5B14" w:rsidRPr="00877697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9772974">
    <w:abstractNumId w:val="8"/>
  </w:num>
  <w:num w:numId="2" w16cid:durableId="1236546948">
    <w:abstractNumId w:val="6"/>
  </w:num>
  <w:num w:numId="3" w16cid:durableId="522329520">
    <w:abstractNumId w:val="5"/>
  </w:num>
  <w:num w:numId="4" w16cid:durableId="1097604298">
    <w:abstractNumId w:val="4"/>
  </w:num>
  <w:num w:numId="5" w16cid:durableId="169566631">
    <w:abstractNumId w:val="7"/>
  </w:num>
  <w:num w:numId="6" w16cid:durableId="1553155982">
    <w:abstractNumId w:val="3"/>
  </w:num>
  <w:num w:numId="7" w16cid:durableId="1328290011">
    <w:abstractNumId w:val="2"/>
  </w:num>
  <w:num w:numId="8" w16cid:durableId="1639915756">
    <w:abstractNumId w:val="1"/>
  </w:num>
  <w:num w:numId="9" w16cid:durableId="832532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01098"/>
    <w:rsid w:val="00757587"/>
    <w:rsid w:val="00877697"/>
    <w:rsid w:val="00901267"/>
    <w:rsid w:val="00AA1D8D"/>
    <w:rsid w:val="00B47730"/>
    <w:rsid w:val="00CB0664"/>
    <w:rsid w:val="00DE5B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49892D"/>
  <w14:defaultImageDpi w14:val="300"/>
  <w15:docId w15:val="{F8B4F680-4CF9-4A93-A8B3-0FFA83F4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530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Esther Herce</cp:lastModifiedBy>
  <cp:revision>4</cp:revision>
  <dcterms:created xsi:type="dcterms:W3CDTF">2026-09-23T12:30:00Z</dcterms:created>
  <dcterms:modified xsi:type="dcterms:W3CDTF">2026-09-23T12:34:00Z</dcterms:modified>
  <cp:category/>
</cp:coreProperties>
</file>